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E3107" w14:textId="77777777" w:rsidR="00117414" w:rsidRDefault="00E52C2F">
      <w:pPr>
        <w:pStyle w:val="Nadpis1"/>
      </w:pPr>
      <w:r>
        <w:rPr>
          <w:sz w:val="32"/>
        </w:rPr>
        <w:t>Příloha č. 1 – Evidenční list odběru užitkové vody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6"/>
        <w:gridCol w:w="735"/>
        <w:gridCol w:w="983"/>
        <w:gridCol w:w="550"/>
        <w:gridCol w:w="930"/>
        <w:gridCol w:w="930"/>
        <w:gridCol w:w="922"/>
        <w:gridCol w:w="784"/>
        <w:gridCol w:w="1048"/>
        <w:gridCol w:w="1222"/>
      </w:tblGrid>
      <w:tr w:rsidR="00117414" w14:paraId="5FF4C568" w14:textId="77777777">
        <w:tc>
          <w:tcPr>
            <w:tcW w:w="864" w:type="dxa"/>
          </w:tcPr>
          <w:p w14:paraId="1E7BB94E" w14:textId="77777777" w:rsidR="00117414" w:rsidRDefault="00E52C2F">
            <w:r>
              <w:t>Poř. č.</w:t>
            </w:r>
          </w:p>
        </w:tc>
        <w:tc>
          <w:tcPr>
            <w:tcW w:w="864" w:type="dxa"/>
          </w:tcPr>
          <w:p w14:paraId="0B809E0F" w14:textId="77777777" w:rsidR="00117414" w:rsidRDefault="00E52C2F">
            <w:r>
              <w:t>Datum</w:t>
            </w:r>
          </w:p>
        </w:tc>
        <w:tc>
          <w:tcPr>
            <w:tcW w:w="864" w:type="dxa"/>
          </w:tcPr>
          <w:p w14:paraId="603C6C2E" w14:textId="77777777" w:rsidR="00117414" w:rsidRDefault="00E52C2F">
            <w:r>
              <w:t>Odběratel</w:t>
            </w:r>
          </w:p>
        </w:tc>
        <w:tc>
          <w:tcPr>
            <w:tcW w:w="864" w:type="dxa"/>
          </w:tcPr>
          <w:p w14:paraId="090F0C89" w14:textId="77777777" w:rsidR="00117414" w:rsidRDefault="00E52C2F">
            <w:r>
              <w:t>Účel</w:t>
            </w:r>
          </w:p>
        </w:tc>
        <w:tc>
          <w:tcPr>
            <w:tcW w:w="864" w:type="dxa"/>
          </w:tcPr>
          <w:p w14:paraId="2160A5DC" w14:textId="77777777" w:rsidR="00117414" w:rsidRDefault="00E52C2F">
            <w:r>
              <w:t>Vodoměr před</w:t>
            </w:r>
          </w:p>
        </w:tc>
        <w:tc>
          <w:tcPr>
            <w:tcW w:w="864" w:type="dxa"/>
          </w:tcPr>
          <w:p w14:paraId="13C7A458" w14:textId="77777777" w:rsidR="00117414" w:rsidRDefault="00E52C2F">
            <w:r>
              <w:t>Vodoměr po</w:t>
            </w:r>
          </w:p>
        </w:tc>
        <w:tc>
          <w:tcPr>
            <w:tcW w:w="864" w:type="dxa"/>
          </w:tcPr>
          <w:p w14:paraId="6CF87904" w14:textId="77777777" w:rsidR="00117414" w:rsidRDefault="00E52C2F">
            <w:r>
              <w:t>Množství (m³)</w:t>
            </w:r>
          </w:p>
        </w:tc>
        <w:tc>
          <w:tcPr>
            <w:tcW w:w="864" w:type="dxa"/>
          </w:tcPr>
          <w:p w14:paraId="13477F60" w14:textId="77777777" w:rsidR="00117414" w:rsidRDefault="00E52C2F">
            <w:r>
              <w:t>Úhrada</w:t>
            </w:r>
          </w:p>
        </w:tc>
        <w:tc>
          <w:tcPr>
            <w:tcW w:w="864" w:type="dxa"/>
          </w:tcPr>
          <w:p w14:paraId="38EE2F29" w14:textId="77777777" w:rsidR="00117414" w:rsidRDefault="00E52C2F">
            <w:r>
              <w:t>Podpis odběratele</w:t>
            </w:r>
          </w:p>
        </w:tc>
        <w:tc>
          <w:tcPr>
            <w:tcW w:w="864" w:type="dxa"/>
          </w:tcPr>
          <w:p w14:paraId="249414F5" w14:textId="77777777" w:rsidR="00117414" w:rsidRDefault="00E52C2F">
            <w:r>
              <w:t>Podpis zaměstnance</w:t>
            </w:r>
          </w:p>
        </w:tc>
      </w:tr>
      <w:tr w:rsidR="00117414" w14:paraId="10412F4A" w14:textId="77777777">
        <w:tc>
          <w:tcPr>
            <w:tcW w:w="864" w:type="dxa"/>
          </w:tcPr>
          <w:p w14:paraId="4C460EC8" w14:textId="77777777" w:rsidR="00117414" w:rsidRDefault="00117414"/>
        </w:tc>
        <w:tc>
          <w:tcPr>
            <w:tcW w:w="864" w:type="dxa"/>
          </w:tcPr>
          <w:p w14:paraId="36B1ECFE" w14:textId="77777777" w:rsidR="00117414" w:rsidRDefault="00117414"/>
        </w:tc>
        <w:tc>
          <w:tcPr>
            <w:tcW w:w="864" w:type="dxa"/>
          </w:tcPr>
          <w:p w14:paraId="62DD9A0C" w14:textId="77777777" w:rsidR="00117414" w:rsidRDefault="00117414"/>
        </w:tc>
        <w:tc>
          <w:tcPr>
            <w:tcW w:w="864" w:type="dxa"/>
          </w:tcPr>
          <w:p w14:paraId="6A6BAD07" w14:textId="77777777" w:rsidR="00117414" w:rsidRDefault="00117414"/>
        </w:tc>
        <w:tc>
          <w:tcPr>
            <w:tcW w:w="864" w:type="dxa"/>
          </w:tcPr>
          <w:p w14:paraId="3FD9CA3F" w14:textId="77777777" w:rsidR="00117414" w:rsidRDefault="00117414"/>
        </w:tc>
        <w:tc>
          <w:tcPr>
            <w:tcW w:w="864" w:type="dxa"/>
          </w:tcPr>
          <w:p w14:paraId="2130B186" w14:textId="77777777" w:rsidR="00117414" w:rsidRDefault="00117414"/>
        </w:tc>
        <w:tc>
          <w:tcPr>
            <w:tcW w:w="864" w:type="dxa"/>
          </w:tcPr>
          <w:p w14:paraId="641724F7" w14:textId="77777777" w:rsidR="00117414" w:rsidRDefault="00117414"/>
        </w:tc>
        <w:tc>
          <w:tcPr>
            <w:tcW w:w="864" w:type="dxa"/>
          </w:tcPr>
          <w:p w14:paraId="66F1F5EA" w14:textId="77777777" w:rsidR="00117414" w:rsidRDefault="00117414"/>
        </w:tc>
        <w:tc>
          <w:tcPr>
            <w:tcW w:w="864" w:type="dxa"/>
          </w:tcPr>
          <w:p w14:paraId="6B73F835" w14:textId="77777777" w:rsidR="00117414" w:rsidRDefault="00117414"/>
        </w:tc>
        <w:tc>
          <w:tcPr>
            <w:tcW w:w="864" w:type="dxa"/>
          </w:tcPr>
          <w:p w14:paraId="5B06002A" w14:textId="77777777" w:rsidR="00117414" w:rsidRDefault="00117414"/>
        </w:tc>
      </w:tr>
      <w:tr w:rsidR="00117414" w14:paraId="33716DDB" w14:textId="77777777">
        <w:tc>
          <w:tcPr>
            <w:tcW w:w="864" w:type="dxa"/>
          </w:tcPr>
          <w:p w14:paraId="2FBFF02B" w14:textId="77777777" w:rsidR="00117414" w:rsidRDefault="00117414"/>
        </w:tc>
        <w:tc>
          <w:tcPr>
            <w:tcW w:w="864" w:type="dxa"/>
          </w:tcPr>
          <w:p w14:paraId="716D63A1" w14:textId="77777777" w:rsidR="00117414" w:rsidRDefault="00117414"/>
        </w:tc>
        <w:tc>
          <w:tcPr>
            <w:tcW w:w="864" w:type="dxa"/>
          </w:tcPr>
          <w:p w14:paraId="0C9418AB" w14:textId="77777777" w:rsidR="00117414" w:rsidRDefault="00117414"/>
        </w:tc>
        <w:tc>
          <w:tcPr>
            <w:tcW w:w="864" w:type="dxa"/>
          </w:tcPr>
          <w:p w14:paraId="2883114B" w14:textId="77777777" w:rsidR="00117414" w:rsidRDefault="00117414"/>
        </w:tc>
        <w:tc>
          <w:tcPr>
            <w:tcW w:w="864" w:type="dxa"/>
          </w:tcPr>
          <w:p w14:paraId="473B346D" w14:textId="77777777" w:rsidR="00117414" w:rsidRDefault="00117414"/>
        </w:tc>
        <w:tc>
          <w:tcPr>
            <w:tcW w:w="864" w:type="dxa"/>
          </w:tcPr>
          <w:p w14:paraId="45570CB1" w14:textId="77777777" w:rsidR="00117414" w:rsidRDefault="00117414"/>
        </w:tc>
        <w:tc>
          <w:tcPr>
            <w:tcW w:w="864" w:type="dxa"/>
          </w:tcPr>
          <w:p w14:paraId="378ECD00" w14:textId="77777777" w:rsidR="00117414" w:rsidRDefault="00117414"/>
        </w:tc>
        <w:tc>
          <w:tcPr>
            <w:tcW w:w="864" w:type="dxa"/>
          </w:tcPr>
          <w:p w14:paraId="7C5B45A6" w14:textId="77777777" w:rsidR="00117414" w:rsidRDefault="00117414"/>
        </w:tc>
        <w:tc>
          <w:tcPr>
            <w:tcW w:w="864" w:type="dxa"/>
          </w:tcPr>
          <w:p w14:paraId="548BEA8A" w14:textId="77777777" w:rsidR="00117414" w:rsidRDefault="00117414"/>
        </w:tc>
        <w:tc>
          <w:tcPr>
            <w:tcW w:w="864" w:type="dxa"/>
          </w:tcPr>
          <w:p w14:paraId="16B18614" w14:textId="77777777" w:rsidR="00117414" w:rsidRDefault="00117414"/>
        </w:tc>
      </w:tr>
      <w:tr w:rsidR="00117414" w14:paraId="36925F56" w14:textId="77777777">
        <w:tc>
          <w:tcPr>
            <w:tcW w:w="864" w:type="dxa"/>
          </w:tcPr>
          <w:p w14:paraId="21903411" w14:textId="77777777" w:rsidR="00117414" w:rsidRDefault="00117414"/>
        </w:tc>
        <w:tc>
          <w:tcPr>
            <w:tcW w:w="864" w:type="dxa"/>
          </w:tcPr>
          <w:p w14:paraId="342A2AEC" w14:textId="77777777" w:rsidR="00117414" w:rsidRDefault="00117414"/>
        </w:tc>
        <w:tc>
          <w:tcPr>
            <w:tcW w:w="864" w:type="dxa"/>
          </w:tcPr>
          <w:p w14:paraId="50BD62CB" w14:textId="77777777" w:rsidR="00117414" w:rsidRDefault="00117414"/>
        </w:tc>
        <w:tc>
          <w:tcPr>
            <w:tcW w:w="864" w:type="dxa"/>
          </w:tcPr>
          <w:p w14:paraId="0C83F565" w14:textId="77777777" w:rsidR="00117414" w:rsidRDefault="00117414"/>
        </w:tc>
        <w:tc>
          <w:tcPr>
            <w:tcW w:w="864" w:type="dxa"/>
          </w:tcPr>
          <w:p w14:paraId="3D69C988" w14:textId="77777777" w:rsidR="00117414" w:rsidRDefault="00117414"/>
        </w:tc>
        <w:tc>
          <w:tcPr>
            <w:tcW w:w="864" w:type="dxa"/>
          </w:tcPr>
          <w:p w14:paraId="1E6535D5" w14:textId="77777777" w:rsidR="00117414" w:rsidRDefault="00117414"/>
        </w:tc>
        <w:tc>
          <w:tcPr>
            <w:tcW w:w="864" w:type="dxa"/>
          </w:tcPr>
          <w:p w14:paraId="2BCEF489" w14:textId="77777777" w:rsidR="00117414" w:rsidRDefault="00117414"/>
        </w:tc>
        <w:tc>
          <w:tcPr>
            <w:tcW w:w="864" w:type="dxa"/>
          </w:tcPr>
          <w:p w14:paraId="3D880289" w14:textId="77777777" w:rsidR="00117414" w:rsidRDefault="00117414"/>
        </w:tc>
        <w:tc>
          <w:tcPr>
            <w:tcW w:w="864" w:type="dxa"/>
          </w:tcPr>
          <w:p w14:paraId="25D628A6" w14:textId="77777777" w:rsidR="00117414" w:rsidRDefault="00117414"/>
        </w:tc>
        <w:tc>
          <w:tcPr>
            <w:tcW w:w="864" w:type="dxa"/>
          </w:tcPr>
          <w:p w14:paraId="23E22AD8" w14:textId="77777777" w:rsidR="00117414" w:rsidRDefault="00117414"/>
        </w:tc>
      </w:tr>
      <w:tr w:rsidR="00117414" w14:paraId="076F13A1" w14:textId="77777777">
        <w:tc>
          <w:tcPr>
            <w:tcW w:w="864" w:type="dxa"/>
          </w:tcPr>
          <w:p w14:paraId="286028EE" w14:textId="77777777" w:rsidR="00117414" w:rsidRDefault="00117414"/>
        </w:tc>
        <w:tc>
          <w:tcPr>
            <w:tcW w:w="864" w:type="dxa"/>
          </w:tcPr>
          <w:p w14:paraId="0C0EFF44" w14:textId="77777777" w:rsidR="00117414" w:rsidRDefault="00117414"/>
        </w:tc>
        <w:tc>
          <w:tcPr>
            <w:tcW w:w="864" w:type="dxa"/>
          </w:tcPr>
          <w:p w14:paraId="36638E26" w14:textId="77777777" w:rsidR="00117414" w:rsidRDefault="00117414"/>
        </w:tc>
        <w:tc>
          <w:tcPr>
            <w:tcW w:w="864" w:type="dxa"/>
          </w:tcPr>
          <w:p w14:paraId="2451155C" w14:textId="77777777" w:rsidR="00117414" w:rsidRDefault="00117414"/>
        </w:tc>
        <w:tc>
          <w:tcPr>
            <w:tcW w:w="864" w:type="dxa"/>
          </w:tcPr>
          <w:p w14:paraId="55AD1DD2" w14:textId="77777777" w:rsidR="00117414" w:rsidRDefault="00117414"/>
        </w:tc>
        <w:tc>
          <w:tcPr>
            <w:tcW w:w="864" w:type="dxa"/>
          </w:tcPr>
          <w:p w14:paraId="6D5DF25A" w14:textId="77777777" w:rsidR="00117414" w:rsidRDefault="00117414"/>
        </w:tc>
        <w:tc>
          <w:tcPr>
            <w:tcW w:w="864" w:type="dxa"/>
          </w:tcPr>
          <w:p w14:paraId="48276A92" w14:textId="77777777" w:rsidR="00117414" w:rsidRDefault="00117414"/>
        </w:tc>
        <w:tc>
          <w:tcPr>
            <w:tcW w:w="864" w:type="dxa"/>
          </w:tcPr>
          <w:p w14:paraId="2B3030E4" w14:textId="77777777" w:rsidR="00117414" w:rsidRDefault="00117414"/>
        </w:tc>
        <w:tc>
          <w:tcPr>
            <w:tcW w:w="864" w:type="dxa"/>
          </w:tcPr>
          <w:p w14:paraId="72D06A19" w14:textId="77777777" w:rsidR="00117414" w:rsidRDefault="00117414"/>
        </w:tc>
        <w:tc>
          <w:tcPr>
            <w:tcW w:w="864" w:type="dxa"/>
          </w:tcPr>
          <w:p w14:paraId="40834807" w14:textId="77777777" w:rsidR="00117414" w:rsidRDefault="00117414"/>
        </w:tc>
      </w:tr>
      <w:tr w:rsidR="00117414" w14:paraId="668C2391" w14:textId="77777777">
        <w:tc>
          <w:tcPr>
            <w:tcW w:w="864" w:type="dxa"/>
          </w:tcPr>
          <w:p w14:paraId="4B50CE38" w14:textId="77777777" w:rsidR="00117414" w:rsidRDefault="00117414"/>
        </w:tc>
        <w:tc>
          <w:tcPr>
            <w:tcW w:w="864" w:type="dxa"/>
          </w:tcPr>
          <w:p w14:paraId="7604262A" w14:textId="77777777" w:rsidR="00117414" w:rsidRDefault="00117414"/>
        </w:tc>
        <w:tc>
          <w:tcPr>
            <w:tcW w:w="864" w:type="dxa"/>
          </w:tcPr>
          <w:p w14:paraId="183901B6" w14:textId="77777777" w:rsidR="00117414" w:rsidRDefault="00117414"/>
        </w:tc>
        <w:tc>
          <w:tcPr>
            <w:tcW w:w="864" w:type="dxa"/>
          </w:tcPr>
          <w:p w14:paraId="5E035EAF" w14:textId="77777777" w:rsidR="00117414" w:rsidRDefault="00117414"/>
        </w:tc>
        <w:tc>
          <w:tcPr>
            <w:tcW w:w="864" w:type="dxa"/>
          </w:tcPr>
          <w:p w14:paraId="425448EC" w14:textId="77777777" w:rsidR="00117414" w:rsidRDefault="00117414"/>
        </w:tc>
        <w:tc>
          <w:tcPr>
            <w:tcW w:w="864" w:type="dxa"/>
          </w:tcPr>
          <w:p w14:paraId="367E6E69" w14:textId="77777777" w:rsidR="00117414" w:rsidRDefault="00117414"/>
        </w:tc>
        <w:tc>
          <w:tcPr>
            <w:tcW w:w="864" w:type="dxa"/>
          </w:tcPr>
          <w:p w14:paraId="2B5E8278" w14:textId="77777777" w:rsidR="00117414" w:rsidRDefault="00117414"/>
        </w:tc>
        <w:tc>
          <w:tcPr>
            <w:tcW w:w="864" w:type="dxa"/>
          </w:tcPr>
          <w:p w14:paraId="63C004A4" w14:textId="77777777" w:rsidR="00117414" w:rsidRDefault="00117414"/>
        </w:tc>
        <w:tc>
          <w:tcPr>
            <w:tcW w:w="864" w:type="dxa"/>
          </w:tcPr>
          <w:p w14:paraId="587EF99E" w14:textId="77777777" w:rsidR="00117414" w:rsidRDefault="00117414"/>
        </w:tc>
        <w:tc>
          <w:tcPr>
            <w:tcW w:w="864" w:type="dxa"/>
          </w:tcPr>
          <w:p w14:paraId="1A3B0DC6" w14:textId="77777777" w:rsidR="00117414" w:rsidRDefault="00117414"/>
        </w:tc>
      </w:tr>
      <w:tr w:rsidR="00117414" w14:paraId="6B4926A7" w14:textId="77777777">
        <w:tc>
          <w:tcPr>
            <w:tcW w:w="864" w:type="dxa"/>
          </w:tcPr>
          <w:p w14:paraId="293D6C2F" w14:textId="77777777" w:rsidR="00117414" w:rsidRDefault="00117414"/>
        </w:tc>
        <w:tc>
          <w:tcPr>
            <w:tcW w:w="864" w:type="dxa"/>
          </w:tcPr>
          <w:p w14:paraId="346C203D" w14:textId="77777777" w:rsidR="00117414" w:rsidRDefault="00117414"/>
        </w:tc>
        <w:tc>
          <w:tcPr>
            <w:tcW w:w="864" w:type="dxa"/>
          </w:tcPr>
          <w:p w14:paraId="331DA3D8" w14:textId="77777777" w:rsidR="00117414" w:rsidRDefault="00117414"/>
        </w:tc>
        <w:tc>
          <w:tcPr>
            <w:tcW w:w="864" w:type="dxa"/>
          </w:tcPr>
          <w:p w14:paraId="13236D96" w14:textId="77777777" w:rsidR="00117414" w:rsidRDefault="00117414"/>
        </w:tc>
        <w:tc>
          <w:tcPr>
            <w:tcW w:w="864" w:type="dxa"/>
          </w:tcPr>
          <w:p w14:paraId="512FDE58" w14:textId="77777777" w:rsidR="00117414" w:rsidRDefault="00117414"/>
        </w:tc>
        <w:tc>
          <w:tcPr>
            <w:tcW w:w="864" w:type="dxa"/>
          </w:tcPr>
          <w:p w14:paraId="3471C16B" w14:textId="77777777" w:rsidR="00117414" w:rsidRDefault="00117414"/>
        </w:tc>
        <w:tc>
          <w:tcPr>
            <w:tcW w:w="864" w:type="dxa"/>
          </w:tcPr>
          <w:p w14:paraId="0B15EB7C" w14:textId="77777777" w:rsidR="00117414" w:rsidRDefault="00117414"/>
        </w:tc>
        <w:tc>
          <w:tcPr>
            <w:tcW w:w="864" w:type="dxa"/>
          </w:tcPr>
          <w:p w14:paraId="62F79DB5" w14:textId="77777777" w:rsidR="00117414" w:rsidRDefault="00117414"/>
        </w:tc>
        <w:tc>
          <w:tcPr>
            <w:tcW w:w="864" w:type="dxa"/>
          </w:tcPr>
          <w:p w14:paraId="506A024B" w14:textId="77777777" w:rsidR="00117414" w:rsidRDefault="00117414"/>
        </w:tc>
        <w:tc>
          <w:tcPr>
            <w:tcW w:w="864" w:type="dxa"/>
          </w:tcPr>
          <w:p w14:paraId="0DE6D369" w14:textId="77777777" w:rsidR="00117414" w:rsidRDefault="00117414"/>
        </w:tc>
      </w:tr>
      <w:tr w:rsidR="00117414" w14:paraId="2A715507" w14:textId="77777777">
        <w:tc>
          <w:tcPr>
            <w:tcW w:w="864" w:type="dxa"/>
          </w:tcPr>
          <w:p w14:paraId="705CC7C1" w14:textId="77777777" w:rsidR="00117414" w:rsidRDefault="00117414"/>
        </w:tc>
        <w:tc>
          <w:tcPr>
            <w:tcW w:w="864" w:type="dxa"/>
          </w:tcPr>
          <w:p w14:paraId="32683751" w14:textId="77777777" w:rsidR="00117414" w:rsidRDefault="00117414"/>
        </w:tc>
        <w:tc>
          <w:tcPr>
            <w:tcW w:w="864" w:type="dxa"/>
          </w:tcPr>
          <w:p w14:paraId="631EF02C" w14:textId="77777777" w:rsidR="00117414" w:rsidRDefault="00117414"/>
        </w:tc>
        <w:tc>
          <w:tcPr>
            <w:tcW w:w="864" w:type="dxa"/>
          </w:tcPr>
          <w:p w14:paraId="34F0A858" w14:textId="77777777" w:rsidR="00117414" w:rsidRDefault="00117414"/>
        </w:tc>
        <w:tc>
          <w:tcPr>
            <w:tcW w:w="864" w:type="dxa"/>
          </w:tcPr>
          <w:p w14:paraId="0F770213" w14:textId="77777777" w:rsidR="00117414" w:rsidRDefault="00117414"/>
        </w:tc>
        <w:tc>
          <w:tcPr>
            <w:tcW w:w="864" w:type="dxa"/>
          </w:tcPr>
          <w:p w14:paraId="63975F07" w14:textId="77777777" w:rsidR="00117414" w:rsidRDefault="00117414"/>
        </w:tc>
        <w:tc>
          <w:tcPr>
            <w:tcW w:w="864" w:type="dxa"/>
          </w:tcPr>
          <w:p w14:paraId="41257E5D" w14:textId="77777777" w:rsidR="00117414" w:rsidRDefault="00117414"/>
        </w:tc>
        <w:tc>
          <w:tcPr>
            <w:tcW w:w="864" w:type="dxa"/>
          </w:tcPr>
          <w:p w14:paraId="566D8210" w14:textId="77777777" w:rsidR="00117414" w:rsidRDefault="00117414"/>
        </w:tc>
        <w:tc>
          <w:tcPr>
            <w:tcW w:w="864" w:type="dxa"/>
          </w:tcPr>
          <w:p w14:paraId="42237634" w14:textId="77777777" w:rsidR="00117414" w:rsidRDefault="00117414"/>
        </w:tc>
        <w:tc>
          <w:tcPr>
            <w:tcW w:w="864" w:type="dxa"/>
          </w:tcPr>
          <w:p w14:paraId="657A9349" w14:textId="77777777" w:rsidR="00117414" w:rsidRDefault="00117414"/>
        </w:tc>
      </w:tr>
      <w:tr w:rsidR="00117414" w14:paraId="1B5D3CAB" w14:textId="77777777">
        <w:tc>
          <w:tcPr>
            <w:tcW w:w="864" w:type="dxa"/>
          </w:tcPr>
          <w:p w14:paraId="58D7AA89" w14:textId="77777777" w:rsidR="00117414" w:rsidRDefault="00117414"/>
        </w:tc>
        <w:tc>
          <w:tcPr>
            <w:tcW w:w="864" w:type="dxa"/>
          </w:tcPr>
          <w:p w14:paraId="64B61E10" w14:textId="77777777" w:rsidR="00117414" w:rsidRDefault="00117414"/>
        </w:tc>
        <w:tc>
          <w:tcPr>
            <w:tcW w:w="864" w:type="dxa"/>
          </w:tcPr>
          <w:p w14:paraId="39AC32EA" w14:textId="77777777" w:rsidR="00117414" w:rsidRDefault="00117414"/>
        </w:tc>
        <w:tc>
          <w:tcPr>
            <w:tcW w:w="864" w:type="dxa"/>
          </w:tcPr>
          <w:p w14:paraId="1E2A1274" w14:textId="77777777" w:rsidR="00117414" w:rsidRDefault="00117414"/>
        </w:tc>
        <w:tc>
          <w:tcPr>
            <w:tcW w:w="864" w:type="dxa"/>
          </w:tcPr>
          <w:p w14:paraId="4F129EA4" w14:textId="77777777" w:rsidR="00117414" w:rsidRDefault="00117414"/>
        </w:tc>
        <w:tc>
          <w:tcPr>
            <w:tcW w:w="864" w:type="dxa"/>
          </w:tcPr>
          <w:p w14:paraId="185CE3C1" w14:textId="77777777" w:rsidR="00117414" w:rsidRDefault="00117414"/>
        </w:tc>
        <w:tc>
          <w:tcPr>
            <w:tcW w:w="864" w:type="dxa"/>
          </w:tcPr>
          <w:p w14:paraId="3E9A255A" w14:textId="77777777" w:rsidR="00117414" w:rsidRDefault="00117414"/>
        </w:tc>
        <w:tc>
          <w:tcPr>
            <w:tcW w:w="864" w:type="dxa"/>
          </w:tcPr>
          <w:p w14:paraId="3A97B70D" w14:textId="77777777" w:rsidR="00117414" w:rsidRDefault="00117414"/>
        </w:tc>
        <w:tc>
          <w:tcPr>
            <w:tcW w:w="864" w:type="dxa"/>
          </w:tcPr>
          <w:p w14:paraId="695640E4" w14:textId="77777777" w:rsidR="00117414" w:rsidRDefault="00117414"/>
        </w:tc>
        <w:tc>
          <w:tcPr>
            <w:tcW w:w="864" w:type="dxa"/>
          </w:tcPr>
          <w:p w14:paraId="2D045C7F" w14:textId="77777777" w:rsidR="00117414" w:rsidRDefault="00117414"/>
        </w:tc>
      </w:tr>
      <w:tr w:rsidR="00117414" w14:paraId="13C6E633" w14:textId="77777777">
        <w:tc>
          <w:tcPr>
            <w:tcW w:w="864" w:type="dxa"/>
          </w:tcPr>
          <w:p w14:paraId="62ED3F5D" w14:textId="77777777" w:rsidR="00117414" w:rsidRDefault="00117414"/>
        </w:tc>
        <w:tc>
          <w:tcPr>
            <w:tcW w:w="864" w:type="dxa"/>
          </w:tcPr>
          <w:p w14:paraId="42A4CB6B" w14:textId="77777777" w:rsidR="00117414" w:rsidRDefault="00117414"/>
        </w:tc>
        <w:tc>
          <w:tcPr>
            <w:tcW w:w="864" w:type="dxa"/>
          </w:tcPr>
          <w:p w14:paraId="471CB2A5" w14:textId="77777777" w:rsidR="00117414" w:rsidRDefault="00117414"/>
        </w:tc>
        <w:tc>
          <w:tcPr>
            <w:tcW w:w="864" w:type="dxa"/>
          </w:tcPr>
          <w:p w14:paraId="32FE3790" w14:textId="77777777" w:rsidR="00117414" w:rsidRDefault="00117414"/>
        </w:tc>
        <w:tc>
          <w:tcPr>
            <w:tcW w:w="864" w:type="dxa"/>
          </w:tcPr>
          <w:p w14:paraId="5DA65E10" w14:textId="77777777" w:rsidR="00117414" w:rsidRDefault="00117414"/>
        </w:tc>
        <w:tc>
          <w:tcPr>
            <w:tcW w:w="864" w:type="dxa"/>
          </w:tcPr>
          <w:p w14:paraId="527361FB" w14:textId="77777777" w:rsidR="00117414" w:rsidRDefault="00117414"/>
        </w:tc>
        <w:tc>
          <w:tcPr>
            <w:tcW w:w="864" w:type="dxa"/>
          </w:tcPr>
          <w:p w14:paraId="2F82AFAE" w14:textId="77777777" w:rsidR="00117414" w:rsidRDefault="00117414"/>
        </w:tc>
        <w:tc>
          <w:tcPr>
            <w:tcW w:w="864" w:type="dxa"/>
          </w:tcPr>
          <w:p w14:paraId="439A635A" w14:textId="77777777" w:rsidR="00117414" w:rsidRDefault="00117414"/>
        </w:tc>
        <w:tc>
          <w:tcPr>
            <w:tcW w:w="864" w:type="dxa"/>
          </w:tcPr>
          <w:p w14:paraId="14E255EE" w14:textId="77777777" w:rsidR="00117414" w:rsidRDefault="00117414"/>
        </w:tc>
        <w:tc>
          <w:tcPr>
            <w:tcW w:w="864" w:type="dxa"/>
          </w:tcPr>
          <w:p w14:paraId="4A0743F5" w14:textId="77777777" w:rsidR="00117414" w:rsidRDefault="00117414"/>
        </w:tc>
      </w:tr>
      <w:tr w:rsidR="00117414" w14:paraId="15D791CF" w14:textId="77777777">
        <w:tc>
          <w:tcPr>
            <w:tcW w:w="864" w:type="dxa"/>
          </w:tcPr>
          <w:p w14:paraId="5079DDFC" w14:textId="77777777" w:rsidR="00117414" w:rsidRDefault="00117414"/>
        </w:tc>
        <w:tc>
          <w:tcPr>
            <w:tcW w:w="864" w:type="dxa"/>
          </w:tcPr>
          <w:p w14:paraId="6E45F3DF" w14:textId="77777777" w:rsidR="00117414" w:rsidRDefault="00117414"/>
        </w:tc>
        <w:tc>
          <w:tcPr>
            <w:tcW w:w="864" w:type="dxa"/>
          </w:tcPr>
          <w:p w14:paraId="0CA99E5D" w14:textId="77777777" w:rsidR="00117414" w:rsidRDefault="00117414"/>
        </w:tc>
        <w:tc>
          <w:tcPr>
            <w:tcW w:w="864" w:type="dxa"/>
          </w:tcPr>
          <w:p w14:paraId="622CFC12" w14:textId="77777777" w:rsidR="00117414" w:rsidRDefault="00117414"/>
        </w:tc>
        <w:tc>
          <w:tcPr>
            <w:tcW w:w="864" w:type="dxa"/>
          </w:tcPr>
          <w:p w14:paraId="72CF37C5" w14:textId="77777777" w:rsidR="00117414" w:rsidRDefault="00117414"/>
        </w:tc>
        <w:tc>
          <w:tcPr>
            <w:tcW w:w="864" w:type="dxa"/>
          </w:tcPr>
          <w:p w14:paraId="129B7CBA" w14:textId="77777777" w:rsidR="00117414" w:rsidRDefault="00117414"/>
        </w:tc>
        <w:tc>
          <w:tcPr>
            <w:tcW w:w="864" w:type="dxa"/>
          </w:tcPr>
          <w:p w14:paraId="720C9E4B" w14:textId="77777777" w:rsidR="00117414" w:rsidRDefault="00117414"/>
        </w:tc>
        <w:tc>
          <w:tcPr>
            <w:tcW w:w="864" w:type="dxa"/>
          </w:tcPr>
          <w:p w14:paraId="6921A253" w14:textId="77777777" w:rsidR="00117414" w:rsidRDefault="00117414"/>
        </w:tc>
        <w:tc>
          <w:tcPr>
            <w:tcW w:w="864" w:type="dxa"/>
          </w:tcPr>
          <w:p w14:paraId="4A5D2664" w14:textId="77777777" w:rsidR="00117414" w:rsidRDefault="00117414"/>
        </w:tc>
        <w:tc>
          <w:tcPr>
            <w:tcW w:w="864" w:type="dxa"/>
          </w:tcPr>
          <w:p w14:paraId="729694CE" w14:textId="77777777" w:rsidR="00117414" w:rsidRDefault="00117414"/>
        </w:tc>
      </w:tr>
      <w:tr w:rsidR="00117414" w14:paraId="0ABAB880" w14:textId="77777777">
        <w:tc>
          <w:tcPr>
            <w:tcW w:w="864" w:type="dxa"/>
          </w:tcPr>
          <w:p w14:paraId="0A016621" w14:textId="77777777" w:rsidR="00117414" w:rsidRDefault="00117414"/>
        </w:tc>
        <w:tc>
          <w:tcPr>
            <w:tcW w:w="864" w:type="dxa"/>
          </w:tcPr>
          <w:p w14:paraId="72B7AEBE" w14:textId="77777777" w:rsidR="00117414" w:rsidRDefault="00117414"/>
        </w:tc>
        <w:tc>
          <w:tcPr>
            <w:tcW w:w="864" w:type="dxa"/>
          </w:tcPr>
          <w:p w14:paraId="0BB7960E" w14:textId="77777777" w:rsidR="00117414" w:rsidRDefault="00117414"/>
        </w:tc>
        <w:tc>
          <w:tcPr>
            <w:tcW w:w="864" w:type="dxa"/>
          </w:tcPr>
          <w:p w14:paraId="1D044146" w14:textId="77777777" w:rsidR="00117414" w:rsidRDefault="00117414"/>
        </w:tc>
        <w:tc>
          <w:tcPr>
            <w:tcW w:w="864" w:type="dxa"/>
          </w:tcPr>
          <w:p w14:paraId="4748D805" w14:textId="77777777" w:rsidR="00117414" w:rsidRDefault="00117414"/>
        </w:tc>
        <w:tc>
          <w:tcPr>
            <w:tcW w:w="864" w:type="dxa"/>
          </w:tcPr>
          <w:p w14:paraId="50941D7E" w14:textId="77777777" w:rsidR="00117414" w:rsidRDefault="00117414"/>
        </w:tc>
        <w:tc>
          <w:tcPr>
            <w:tcW w:w="864" w:type="dxa"/>
          </w:tcPr>
          <w:p w14:paraId="5D3C5745" w14:textId="77777777" w:rsidR="00117414" w:rsidRDefault="00117414"/>
        </w:tc>
        <w:tc>
          <w:tcPr>
            <w:tcW w:w="864" w:type="dxa"/>
          </w:tcPr>
          <w:p w14:paraId="6EECCC81" w14:textId="77777777" w:rsidR="00117414" w:rsidRDefault="00117414"/>
        </w:tc>
        <w:tc>
          <w:tcPr>
            <w:tcW w:w="864" w:type="dxa"/>
          </w:tcPr>
          <w:p w14:paraId="0D6E53EC" w14:textId="77777777" w:rsidR="00117414" w:rsidRDefault="00117414"/>
        </w:tc>
        <w:tc>
          <w:tcPr>
            <w:tcW w:w="864" w:type="dxa"/>
          </w:tcPr>
          <w:p w14:paraId="5C963D4E" w14:textId="77777777" w:rsidR="00117414" w:rsidRDefault="00117414"/>
        </w:tc>
      </w:tr>
      <w:tr w:rsidR="00117414" w14:paraId="72E04779" w14:textId="77777777">
        <w:tc>
          <w:tcPr>
            <w:tcW w:w="864" w:type="dxa"/>
          </w:tcPr>
          <w:p w14:paraId="3844ADD7" w14:textId="77777777" w:rsidR="00117414" w:rsidRDefault="00117414"/>
        </w:tc>
        <w:tc>
          <w:tcPr>
            <w:tcW w:w="864" w:type="dxa"/>
          </w:tcPr>
          <w:p w14:paraId="3DCDD272" w14:textId="77777777" w:rsidR="00117414" w:rsidRDefault="00117414"/>
        </w:tc>
        <w:tc>
          <w:tcPr>
            <w:tcW w:w="864" w:type="dxa"/>
          </w:tcPr>
          <w:p w14:paraId="1C0F21E1" w14:textId="77777777" w:rsidR="00117414" w:rsidRDefault="00117414"/>
        </w:tc>
        <w:tc>
          <w:tcPr>
            <w:tcW w:w="864" w:type="dxa"/>
          </w:tcPr>
          <w:p w14:paraId="0B936CA3" w14:textId="77777777" w:rsidR="00117414" w:rsidRDefault="00117414"/>
        </w:tc>
        <w:tc>
          <w:tcPr>
            <w:tcW w:w="864" w:type="dxa"/>
          </w:tcPr>
          <w:p w14:paraId="31BB7006" w14:textId="77777777" w:rsidR="00117414" w:rsidRDefault="00117414"/>
        </w:tc>
        <w:tc>
          <w:tcPr>
            <w:tcW w:w="864" w:type="dxa"/>
          </w:tcPr>
          <w:p w14:paraId="7EC5629A" w14:textId="77777777" w:rsidR="00117414" w:rsidRDefault="00117414"/>
        </w:tc>
        <w:tc>
          <w:tcPr>
            <w:tcW w:w="864" w:type="dxa"/>
          </w:tcPr>
          <w:p w14:paraId="7564B8A2" w14:textId="77777777" w:rsidR="00117414" w:rsidRDefault="00117414"/>
        </w:tc>
        <w:tc>
          <w:tcPr>
            <w:tcW w:w="864" w:type="dxa"/>
          </w:tcPr>
          <w:p w14:paraId="340C2772" w14:textId="77777777" w:rsidR="00117414" w:rsidRDefault="00117414"/>
        </w:tc>
        <w:tc>
          <w:tcPr>
            <w:tcW w:w="864" w:type="dxa"/>
          </w:tcPr>
          <w:p w14:paraId="51521F59" w14:textId="77777777" w:rsidR="00117414" w:rsidRDefault="00117414"/>
        </w:tc>
        <w:tc>
          <w:tcPr>
            <w:tcW w:w="864" w:type="dxa"/>
          </w:tcPr>
          <w:p w14:paraId="5689787D" w14:textId="77777777" w:rsidR="00117414" w:rsidRDefault="00117414"/>
        </w:tc>
      </w:tr>
      <w:tr w:rsidR="00117414" w14:paraId="161C348A" w14:textId="77777777">
        <w:tc>
          <w:tcPr>
            <w:tcW w:w="864" w:type="dxa"/>
          </w:tcPr>
          <w:p w14:paraId="2122D4A9" w14:textId="77777777" w:rsidR="00117414" w:rsidRDefault="00117414"/>
        </w:tc>
        <w:tc>
          <w:tcPr>
            <w:tcW w:w="864" w:type="dxa"/>
          </w:tcPr>
          <w:p w14:paraId="504519DB" w14:textId="77777777" w:rsidR="00117414" w:rsidRDefault="00117414"/>
        </w:tc>
        <w:tc>
          <w:tcPr>
            <w:tcW w:w="864" w:type="dxa"/>
          </w:tcPr>
          <w:p w14:paraId="05FDC4D2" w14:textId="77777777" w:rsidR="00117414" w:rsidRDefault="00117414"/>
        </w:tc>
        <w:tc>
          <w:tcPr>
            <w:tcW w:w="864" w:type="dxa"/>
          </w:tcPr>
          <w:p w14:paraId="73747318" w14:textId="77777777" w:rsidR="00117414" w:rsidRDefault="00117414"/>
        </w:tc>
        <w:tc>
          <w:tcPr>
            <w:tcW w:w="864" w:type="dxa"/>
          </w:tcPr>
          <w:p w14:paraId="55705282" w14:textId="77777777" w:rsidR="00117414" w:rsidRDefault="00117414"/>
        </w:tc>
        <w:tc>
          <w:tcPr>
            <w:tcW w:w="864" w:type="dxa"/>
          </w:tcPr>
          <w:p w14:paraId="511A298E" w14:textId="77777777" w:rsidR="00117414" w:rsidRDefault="00117414"/>
        </w:tc>
        <w:tc>
          <w:tcPr>
            <w:tcW w:w="864" w:type="dxa"/>
          </w:tcPr>
          <w:p w14:paraId="73B90EBD" w14:textId="77777777" w:rsidR="00117414" w:rsidRDefault="00117414"/>
        </w:tc>
        <w:tc>
          <w:tcPr>
            <w:tcW w:w="864" w:type="dxa"/>
          </w:tcPr>
          <w:p w14:paraId="1D7766EB" w14:textId="77777777" w:rsidR="00117414" w:rsidRDefault="00117414"/>
        </w:tc>
        <w:tc>
          <w:tcPr>
            <w:tcW w:w="864" w:type="dxa"/>
          </w:tcPr>
          <w:p w14:paraId="08B3FB66" w14:textId="77777777" w:rsidR="00117414" w:rsidRDefault="00117414"/>
        </w:tc>
        <w:tc>
          <w:tcPr>
            <w:tcW w:w="864" w:type="dxa"/>
          </w:tcPr>
          <w:p w14:paraId="7BC02A1A" w14:textId="77777777" w:rsidR="00117414" w:rsidRDefault="00117414"/>
        </w:tc>
      </w:tr>
      <w:tr w:rsidR="00117414" w14:paraId="47807BEB" w14:textId="77777777">
        <w:tc>
          <w:tcPr>
            <w:tcW w:w="864" w:type="dxa"/>
          </w:tcPr>
          <w:p w14:paraId="531846CE" w14:textId="77777777" w:rsidR="00117414" w:rsidRDefault="00117414"/>
        </w:tc>
        <w:tc>
          <w:tcPr>
            <w:tcW w:w="864" w:type="dxa"/>
          </w:tcPr>
          <w:p w14:paraId="65614146" w14:textId="77777777" w:rsidR="00117414" w:rsidRDefault="00117414"/>
        </w:tc>
        <w:tc>
          <w:tcPr>
            <w:tcW w:w="864" w:type="dxa"/>
          </w:tcPr>
          <w:p w14:paraId="5F11FE9B" w14:textId="77777777" w:rsidR="00117414" w:rsidRDefault="00117414"/>
        </w:tc>
        <w:tc>
          <w:tcPr>
            <w:tcW w:w="864" w:type="dxa"/>
          </w:tcPr>
          <w:p w14:paraId="50617AE4" w14:textId="77777777" w:rsidR="00117414" w:rsidRDefault="00117414"/>
        </w:tc>
        <w:tc>
          <w:tcPr>
            <w:tcW w:w="864" w:type="dxa"/>
          </w:tcPr>
          <w:p w14:paraId="46B45CF6" w14:textId="77777777" w:rsidR="00117414" w:rsidRDefault="00117414"/>
        </w:tc>
        <w:tc>
          <w:tcPr>
            <w:tcW w:w="864" w:type="dxa"/>
          </w:tcPr>
          <w:p w14:paraId="105F24EF" w14:textId="77777777" w:rsidR="00117414" w:rsidRDefault="00117414"/>
        </w:tc>
        <w:tc>
          <w:tcPr>
            <w:tcW w:w="864" w:type="dxa"/>
          </w:tcPr>
          <w:p w14:paraId="2D1896F4" w14:textId="77777777" w:rsidR="00117414" w:rsidRDefault="00117414"/>
        </w:tc>
        <w:tc>
          <w:tcPr>
            <w:tcW w:w="864" w:type="dxa"/>
          </w:tcPr>
          <w:p w14:paraId="2363D5F9" w14:textId="77777777" w:rsidR="00117414" w:rsidRDefault="00117414"/>
        </w:tc>
        <w:tc>
          <w:tcPr>
            <w:tcW w:w="864" w:type="dxa"/>
          </w:tcPr>
          <w:p w14:paraId="4814884C" w14:textId="77777777" w:rsidR="00117414" w:rsidRDefault="00117414"/>
        </w:tc>
        <w:tc>
          <w:tcPr>
            <w:tcW w:w="864" w:type="dxa"/>
          </w:tcPr>
          <w:p w14:paraId="56BDB974" w14:textId="77777777" w:rsidR="00117414" w:rsidRDefault="00117414"/>
        </w:tc>
      </w:tr>
      <w:tr w:rsidR="00117414" w14:paraId="63D9995A" w14:textId="77777777">
        <w:tc>
          <w:tcPr>
            <w:tcW w:w="864" w:type="dxa"/>
          </w:tcPr>
          <w:p w14:paraId="271ECBFA" w14:textId="77777777" w:rsidR="00117414" w:rsidRDefault="00117414"/>
        </w:tc>
        <w:tc>
          <w:tcPr>
            <w:tcW w:w="864" w:type="dxa"/>
          </w:tcPr>
          <w:p w14:paraId="6383F4FC" w14:textId="77777777" w:rsidR="00117414" w:rsidRDefault="00117414"/>
        </w:tc>
        <w:tc>
          <w:tcPr>
            <w:tcW w:w="864" w:type="dxa"/>
          </w:tcPr>
          <w:p w14:paraId="585A461B" w14:textId="77777777" w:rsidR="00117414" w:rsidRDefault="00117414"/>
        </w:tc>
        <w:tc>
          <w:tcPr>
            <w:tcW w:w="864" w:type="dxa"/>
          </w:tcPr>
          <w:p w14:paraId="1A405C7E" w14:textId="77777777" w:rsidR="00117414" w:rsidRDefault="00117414"/>
        </w:tc>
        <w:tc>
          <w:tcPr>
            <w:tcW w:w="864" w:type="dxa"/>
          </w:tcPr>
          <w:p w14:paraId="322909B8" w14:textId="77777777" w:rsidR="00117414" w:rsidRDefault="00117414"/>
        </w:tc>
        <w:tc>
          <w:tcPr>
            <w:tcW w:w="864" w:type="dxa"/>
          </w:tcPr>
          <w:p w14:paraId="6B66974E" w14:textId="77777777" w:rsidR="00117414" w:rsidRDefault="00117414"/>
        </w:tc>
        <w:tc>
          <w:tcPr>
            <w:tcW w:w="864" w:type="dxa"/>
          </w:tcPr>
          <w:p w14:paraId="59C785C4" w14:textId="77777777" w:rsidR="00117414" w:rsidRDefault="00117414"/>
        </w:tc>
        <w:tc>
          <w:tcPr>
            <w:tcW w:w="864" w:type="dxa"/>
          </w:tcPr>
          <w:p w14:paraId="5663A8E9" w14:textId="77777777" w:rsidR="00117414" w:rsidRDefault="00117414"/>
        </w:tc>
        <w:tc>
          <w:tcPr>
            <w:tcW w:w="864" w:type="dxa"/>
          </w:tcPr>
          <w:p w14:paraId="4853E463" w14:textId="77777777" w:rsidR="00117414" w:rsidRDefault="00117414"/>
        </w:tc>
        <w:tc>
          <w:tcPr>
            <w:tcW w:w="864" w:type="dxa"/>
          </w:tcPr>
          <w:p w14:paraId="556D7976" w14:textId="77777777" w:rsidR="00117414" w:rsidRDefault="00117414"/>
        </w:tc>
      </w:tr>
    </w:tbl>
    <w:p w14:paraId="2DDD0AB5" w14:textId="77777777" w:rsidR="00117414" w:rsidRDefault="00E52C2F">
      <w:r>
        <w:t>Pozn.: Evidenční list je veden podle čl. VII Pravidel pro odběr užitkové vody.</w:t>
      </w:r>
    </w:p>
    <w:sectPr w:rsidR="0011741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0669007">
    <w:abstractNumId w:val="8"/>
  </w:num>
  <w:num w:numId="2" w16cid:durableId="2036811701">
    <w:abstractNumId w:val="6"/>
  </w:num>
  <w:num w:numId="3" w16cid:durableId="777606126">
    <w:abstractNumId w:val="5"/>
  </w:num>
  <w:num w:numId="4" w16cid:durableId="1619944238">
    <w:abstractNumId w:val="4"/>
  </w:num>
  <w:num w:numId="5" w16cid:durableId="1472752242">
    <w:abstractNumId w:val="7"/>
  </w:num>
  <w:num w:numId="6" w16cid:durableId="921178243">
    <w:abstractNumId w:val="3"/>
  </w:num>
  <w:num w:numId="7" w16cid:durableId="523861001">
    <w:abstractNumId w:val="2"/>
  </w:num>
  <w:num w:numId="8" w16cid:durableId="383065283">
    <w:abstractNumId w:val="1"/>
  </w:num>
  <w:num w:numId="9" w16cid:durableId="161651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3C19"/>
    <w:rsid w:val="00117414"/>
    <w:rsid w:val="0015074B"/>
    <w:rsid w:val="0029639D"/>
    <w:rsid w:val="002A65FE"/>
    <w:rsid w:val="00326F90"/>
    <w:rsid w:val="00AA1D8D"/>
    <w:rsid w:val="00B47730"/>
    <w:rsid w:val="00CB0664"/>
    <w:rsid w:val="00E52C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72B20C"/>
  <w14:defaultImageDpi w14:val="300"/>
  <w15:docId w15:val="{5D1165D8-7C00-4E48-A3A6-50F3A5E4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Blažena Galiová</cp:lastModifiedBy>
  <cp:revision>2</cp:revision>
  <dcterms:created xsi:type="dcterms:W3CDTF">2026-07-16T11:09:00Z</dcterms:created>
  <dcterms:modified xsi:type="dcterms:W3CDTF">2026-07-16T11:09:00Z</dcterms:modified>
  <cp:category/>
</cp:coreProperties>
</file>